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זכויות יסוד של ילדים ולדעת להסביר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לפענח חידות ולקשר בין רמז לזכות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תשובות קצרות וברורות על 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מנעול 1 - פענוח 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הזכות לבית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הזכות להביע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מנעול 2 -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זכות יסוד של כל ילד וילדה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הזכות לחינוך שייכת לכל ילד, לא משנה מצב כלכלי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ילדים זקוקים גם למשחק ולא רק ללימודים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מנעול 3 -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מנעול 4 - התאימו את הרמז לזכות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(הזכות לבית בטוח)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(הזכות לביטוי 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(הזכות לבריאות ולמזון)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(הזכות לחינוך)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מנעול 5 - סדרו את הדרך לפתיחת התיבה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החידה הראשונה במנעול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לחשוב איזו זכות מתאימה לרמז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את התשובה הנכונה ולפתוח את המנעול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לקבל ספרה מהקוד הסודי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הזכות החשובה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לבדוק שהתלמיד בחר זכות אמיתית מהרשימה, הסביר למה היא חשובה ונתן דוגמה מעשית לשמירה עליה בכיתה או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זכות אמיתית מהדף כמו בית בטוח, חינוך, בריאות, פנאי, הגנה או 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מעשית וסבירה הקשורה לזכות שנבחרה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ולתת לכל קבוצה לפתור מנעול אחד ואז לחבר את כל הספרות לקוד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להכין מראש כרטיסיות עם איורי בעלי חיים כדי להמחיש את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לסיום, אפשר לדון בכיתה אילו זכויות הכי קשורות לחיי היומיום של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בחדר הבריחה צריך לפתור חמש חידות על זכויות הילד כדי לפתוח את תיבת הזכויות. בדף הזה נתרגל את אותן זכויות בעזרת חידות, שאלות ומשחקים.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בריאות  ·  בטוח  ·  חינוך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מנעול 1 - פענוח 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לדבורה יש כוורת, לשועל יש מאורה, ולכל ילד מגיע... איזו זכות מסתתרת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הזכות לבית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הזכות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הזכות לממתקים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לציפור יש כנפיים לעוף, ולילד יש פה כדי... איזו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הזכות לישון מאוחר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הזכות להביע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הזכות לצעצועים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מנעול 2 -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ילד בעולם מגיעה הזכות לגדול בבית בטוח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רק ילדים עשירים זכאים ללמוד בבית 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זכות המנוחה והפנאי אומרת שילד צריך גם זמן לשחק ולנוח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מנעול 3 -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לכל ילד מגיעה הזכות לגדול בבית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הזכות ל__________ מאפשרת לילד ללמוד ולהתפתח 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כשילד חולה, הזכות ל__________ מבטיחה לו טיפול רפואי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מנעול 4 - התאימו את הרמז לזכות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כוורת לדבורה, מאורה לשועל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הזכות לבריאות ולמזון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ציפור עפה בעזרת כנפיים, ילד מדבר בעזרת 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הזכות לבית 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צמח גדל עם מים ואור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הזכות לחינוך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גור לומד לצוד מהוריו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הזכות לביטוי 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מנעול 5 - סדרו את הדרך לפתיחת התיבה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את התשובה הנכונה ולפתוח את המנעול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לקבל ספרה מהקוד הסודי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לחשוב איזו זכות מתאימה לרמז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לקרוא את החידה הראשונה במנעול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הזכות החשובה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זכות אחת מהחדר בריחה וכתבו שלושה משפטים: מה היא אומרת, למה היא חשובה, ואיך אפשר לדאוג לה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זכות שלמדתם עליה היום בחדר הבריחה?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לאיך אפשר לשמור על זכות של חבר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בריחה -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