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זכויות יסוד של ילדים ולדעת להסביר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לפענח חידות ולקשר בין רמז לזכות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תשובות קצרות וברורות על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1 - פענוח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הזכות לבית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הזכות להביע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אוכל, מים וטיפול רפואי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הגנה מפני פגיעה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מנעול 2 -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זכות יסוד של 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הזכות לחינוך שייכת לכל ילד, לא משנה מצב כלכלי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ילדים זקוקים גם למשחק ולא רק ללימודים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לכל ילד יש זכות להביע דעה ולהישמע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הזכות לבריאות כוללת טיפול כשצריך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ההגנה היא זכות יסוד של כל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מנעול 3 -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הביע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מנעול 4 - התאימו את הרמז לזכות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(הזכות לבית 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(הזכות לביטוי 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(הזכות לבריאות ולמזון)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(הזכות לחינוך)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(הזכות להגנה)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(הזכות למנוחה ולפנאי)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מנעול 5 - סדרו את הדרך לפתיחת 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החידה הראשונה במנעול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איזו זכות מתאימה לרמז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את התשובה הנכונה ולפתוח את המנעול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ספרה מהקוד הסודי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לעבור למנעול הבא ולחזור על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אחרי חמישה מנעולים, להרכיב את הקוד ולפתוח את התיבה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הזכות החשובה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שהתלמיד בחר זכות אמיתית מהרשימה, הסביר למה היא חשובה ונתן דוגמה מעשית לשמירה עליה בכיתה או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זכות אמיתית מהדף כמו בית בטוח, חינוך, בריאות, פנאי, הגנה או 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מעשית וסבירה הקשורה לזכות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ולתת לכל קבוצה לפתור מנעול אחד ואז לחבר את כל הספרות לקוד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להכין מראש כרטיסיות עם איורי בעלי חיים כדי להמחיש את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לסיום, אפשר לדון בכיתה אילו זכויות הכי קשורות לחיי היומיום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חדר עם חמישה מנעולים. בכל מנעול יש חידה על זכות של ילדים. נפתור את החידות כאן בדף.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וילדה, וצריך לדאוג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 בטוח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לגור בו בלי פחד ובלי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חינוך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בבית ספר ולקבל השכלה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טיפול רפואי כשחולים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מנוחה ופנאי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לשחק ולנוח ולא רק לעבוד או ללמוד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הילד מפני פגיעה או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את הדעה ולהיות מוקשב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מנעול 1 - פענוח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לדבורה יש בית, לשועל יש בית, לילד מגיע גם...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לבית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לציפור יש כנפיים. לילד יש פה בשביל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לישון מאוחר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להביע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צמח צריך מים. ילד צריך מה כדי לגדול בריא?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אוכל, מים וטיפול רפואי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גור לומד לצוד. ילד לומד 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חיה פצועה מתחבאת ומוגנת. גם ילד זכאי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 מפני פגיעה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טיול לחו"ל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 דמי כיס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מנעול 2 -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בעולם מגיעה הזכות לגדול בבית בטוח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ילדים עשירים זכאים ללמוד בבית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המנוחה והפנאי אומרת שילד צריך גם זמן לשחק ולנוח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לילד להביע את דעתו בשום מצב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ילד חולה, מגיעה לו זכות לקבל טיפול רפואי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הגנה מפני פגיעה היא זכות רק למבוגרים ולא לילדים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מנעול 3 -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מגיעה הזכות לגדול בבית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ל__________ מאפשרת לילד ללמוד ולהתפתח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כשילד חולה, הזכות ל__________ מבטיחה לו טיפול רפואי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ילדים זקוקים גם לזמן __________ כדי לשחק ולנוח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הזכות ל__________ מגינה על ילדים מפני פגיעה או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לכל ילד מגיעה הזכות ל__________ את דעתו ולהישמע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מנעול 4 - התאימו את הרמז לזכות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כוורת לדבורה, מאורה לשועל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הזכות לחינוך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ציפור עפה בעזרת כנפיים, ילד מדבר בעזרת 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הזכות לבריאות ולמזון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צמח גדל עם מים ואור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הזכות למנוחה ולפנאי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גור לומד לצוד מהוריו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הזכות לביטוי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חיה פצועה מוצאת מחבוא 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הזכות לבית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ציפור ששרה ומשחקת בין טיסות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הזכות להגנה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מנעול 5 - סדרו את הדרך לפתיחת התיבה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לעבור למנעול הבא ולחזור על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חמישה מנעולים, להרכיב את הקוד ולפתוח את התיבה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החידה הראשונה במנעול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איזו זכות מתאימה לרמז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ספרה מהקוד הסודי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התשובה הנכונה ולפתוח את המנעול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הזכות החשובה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מהחדר בריחה וכתבו שלושה משפטים: מה היא אומרת, למה היא חשובה, ואיך אפשר לדאוג לה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 שלמדתם עליה היום בחדר הבריחה?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לאיך אפשר לשמור על זכות של חבר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חידה הייתה הכי מעניינת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-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