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 ולדעת להסביר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חידות ולקשר בין רמז לזכות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קצרות וברורות על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הזכות לבית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אוכל, מים וטיפול רפואי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הגנה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של 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ילד, לא משנה מצב כלכלי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ילדים זקוקים גם למשחק ולא רק ללימודים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ילד יש 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הזכות לבריאות כוללת טיפול כשצריך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ההגנה היא זכות יסוד של כל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 את הרמז לזכות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(הזכות לבית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(הזכות לביטוי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(הזכות לבריאות ולמזון)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(הזכות לחינוך)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(הזכות להגנה)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(הזכות למנוחה ולפנאי)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סדרו את הדרך לפתיחת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הראשונה במנעול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איזו זכות מתאימה לרמז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התשובה הנכונה ולפתוח את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ספרה מהקוד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לעבור למנעול הבא ולחזור על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 חמישה מנעולים, להרכיב את הקוד ולפתוח את התיבה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הזכות החשובה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בחר זכות אמיתית מהרשימה, הסביר למה היא חשובה ונתן דוגמה מעשית לשמירה עליה בכיתה או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זכות אמיתית מהדף כמו בית בטוח, חינוך, בריאות, פנאי, הגנה או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מעשית וסבירה הקשורה לזכות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לפתור מנעול אחד ואז לחבר את כל הספרות לקוד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כרטיסיות עם איורי בעלי חיים כדי להמחיש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לדון בכיתה אילו זכויות הכי קשורות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צריך לפתור חמש חידות על זכויות הילד כדי לפתוח את תיבת הזכויות. בדף הזה נתרגל את אותן זכויות בעזרת חידות, שאלות ומשחקים.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לדבורה יש כוורת, לשועל יש מאורה, ולכל ילד מגיע... איזו זכות מסתתרת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לבית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לציפור יש כנפיים לעוף, ולילד יש פה כדי...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לישון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כמו שצמח צריך מים כדי לגדול, ילד צריך... כדי להתפתח בגוף ובנפש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אוכל, מים וטיפול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כמו גור שלומדים אותו לצוד, ילד לומד בבית הספר - זו הזכות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כשחיה פצועה מוגנת במחבוא, גם ילד זכאי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דמי כיס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מגיעה הזכות לגדול בבית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עשירים זכאים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המנוחה והפנאי אומרת שילד צריך גם זמן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לילד להביע את דעתו בשום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ילד חולה, מגיעה לו זכות לקבל טיפול רפואי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מפני פגיעה היא זכות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הזכות לגדול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מאפשרת לילד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חולה, הזכות ל__________ מבטיחה לו טיפול רפואי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ילדים זקוקים גם לזמן __________ כדי לשחק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ל__________ מגינה על ילדים מפני פגיעה או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ילד מגיעה הזכות ל__________ את דעתו ולהישמע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4 - התאימו את הרמז לזכות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כוורת לדבורה, מאורה לשועל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לביטוי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ציפור עפה בעזרת כנפיים, ילד מדבר בעזרת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הזכות לבריאות ולמזון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צמח גדל עם מים ואור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הזכות לחינוך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גור לומד לצוד מהוריו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הזכות למנוחה ולפנאי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חיה פצועה מוצאת מחבוא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הזכות לבית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ציפור ששרה ומשחקת בין טיסות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הזכות להגנה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5 - סדרו את הדרך לפתיחת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חמישה מנעולים, להרכיב את הקוד ולפתוח את התיבה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החידה הראשונה במנעול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איזו זכות מתאימה לרמז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למנעול הבא ולחזור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התשובה הנכונה ולפתוח את המנעול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ספרה מהקוד הסודי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הזכות החשובה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מהחדר בריחה וכתבו שלושה משפטים: מה היא אומרת, למה היא חשובה, ואיך אפשר לדאוג לה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שלמדתם עליה היום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לאיך אפשר לשמור על זכות של חבר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חידה הייתה הכי מעניינת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